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D75E4" w14:textId="1B6C1CA7" w:rsidR="001528CD" w:rsidRPr="004F2C55" w:rsidRDefault="00B02B7A" w:rsidP="00200D9D">
      <w:pPr>
        <w:jc w:val="center"/>
        <w:rPr>
          <w:b/>
          <w:sz w:val="40"/>
        </w:rPr>
      </w:pPr>
      <w:r>
        <w:rPr>
          <w:b/>
          <w:sz w:val="40"/>
        </w:rPr>
        <w:t>Timesheet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73"/>
        <w:gridCol w:w="3353"/>
        <w:gridCol w:w="2130"/>
        <w:gridCol w:w="2873"/>
      </w:tblGrid>
      <w:tr w:rsidR="004F2C55" w14:paraId="245FC00B" w14:textId="77777777" w:rsidTr="00D13FF8">
        <w:tc>
          <w:tcPr>
            <w:tcW w:w="2099" w:type="dxa"/>
          </w:tcPr>
          <w:p w14:paraId="177273C9" w14:textId="7D0A1BD4" w:rsidR="004F2C55" w:rsidRPr="004F2C55" w:rsidRDefault="00765987" w:rsidP="0076598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Agency </w:t>
            </w:r>
            <w:r w:rsidR="00572C51">
              <w:rPr>
                <w:b/>
                <w:bCs/>
                <w:sz w:val="22"/>
              </w:rPr>
              <w:t>Worker</w:t>
            </w:r>
            <w:r w:rsidR="004F2C55" w:rsidRPr="004F2C55">
              <w:rPr>
                <w:b/>
                <w:bCs/>
                <w:sz w:val="22"/>
              </w:rPr>
              <w:t xml:space="preserve"> Name:</w:t>
            </w:r>
          </w:p>
        </w:tc>
        <w:tc>
          <w:tcPr>
            <w:tcW w:w="3443" w:type="dxa"/>
          </w:tcPr>
          <w:p w14:paraId="1CD09860" w14:textId="77777777" w:rsidR="004F2C55" w:rsidRDefault="004F2C55" w:rsidP="00765987">
            <w:pPr>
              <w:rPr>
                <w:sz w:val="22"/>
              </w:rPr>
            </w:pPr>
          </w:p>
        </w:tc>
        <w:tc>
          <w:tcPr>
            <w:tcW w:w="2142" w:type="dxa"/>
          </w:tcPr>
          <w:p w14:paraId="097250C1" w14:textId="2EEC463B" w:rsidR="004F2C55" w:rsidRPr="004F2C55" w:rsidRDefault="00765987" w:rsidP="0076598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Role/</w:t>
            </w:r>
            <w:r w:rsidR="004F2C55">
              <w:rPr>
                <w:b/>
                <w:bCs/>
                <w:sz w:val="22"/>
              </w:rPr>
              <w:t>Position:</w:t>
            </w:r>
          </w:p>
        </w:tc>
        <w:tc>
          <w:tcPr>
            <w:tcW w:w="2949" w:type="dxa"/>
          </w:tcPr>
          <w:p w14:paraId="0190A03C" w14:textId="77777777" w:rsidR="004F2C55" w:rsidRDefault="004F2C55" w:rsidP="00765987">
            <w:pPr>
              <w:rPr>
                <w:sz w:val="22"/>
              </w:rPr>
            </w:pPr>
          </w:p>
        </w:tc>
      </w:tr>
      <w:tr w:rsidR="004F2C55" w14:paraId="19B6157E" w14:textId="77777777" w:rsidTr="00D13FF8">
        <w:tc>
          <w:tcPr>
            <w:tcW w:w="2099" w:type="dxa"/>
          </w:tcPr>
          <w:p w14:paraId="2A980157" w14:textId="247834E8" w:rsidR="00822D38" w:rsidRDefault="00572C51" w:rsidP="0076598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Client</w:t>
            </w:r>
            <w:r w:rsidR="00822D38">
              <w:rPr>
                <w:b/>
                <w:bCs/>
                <w:sz w:val="22"/>
              </w:rPr>
              <w:t xml:space="preserve"> </w:t>
            </w:r>
            <w:r>
              <w:rPr>
                <w:b/>
                <w:bCs/>
                <w:sz w:val="22"/>
              </w:rPr>
              <w:t>/</w:t>
            </w:r>
          </w:p>
          <w:p w14:paraId="085719DA" w14:textId="78ED4E99" w:rsidR="00D13FF8" w:rsidRPr="004F2C55" w:rsidRDefault="00765987" w:rsidP="0076598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Care Provider</w:t>
            </w:r>
            <w:r w:rsidR="00D13FF8">
              <w:rPr>
                <w:b/>
                <w:bCs/>
                <w:sz w:val="22"/>
              </w:rPr>
              <w:t>:</w:t>
            </w:r>
          </w:p>
        </w:tc>
        <w:tc>
          <w:tcPr>
            <w:tcW w:w="3443" w:type="dxa"/>
          </w:tcPr>
          <w:p w14:paraId="1087737D" w14:textId="77777777" w:rsidR="004F2C55" w:rsidRDefault="004F2C55" w:rsidP="00765987">
            <w:pPr>
              <w:rPr>
                <w:sz w:val="22"/>
              </w:rPr>
            </w:pPr>
          </w:p>
        </w:tc>
        <w:tc>
          <w:tcPr>
            <w:tcW w:w="2142" w:type="dxa"/>
          </w:tcPr>
          <w:p w14:paraId="37662F7B" w14:textId="2F08BDAF" w:rsidR="004F2C55" w:rsidRPr="004F2C55" w:rsidRDefault="00765987" w:rsidP="0076598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Unit/ Department</w:t>
            </w:r>
            <w:r w:rsidR="004F2C55" w:rsidRPr="004F2C55">
              <w:rPr>
                <w:b/>
                <w:bCs/>
                <w:sz w:val="22"/>
              </w:rPr>
              <w:t>:</w:t>
            </w:r>
          </w:p>
        </w:tc>
        <w:tc>
          <w:tcPr>
            <w:tcW w:w="2949" w:type="dxa"/>
          </w:tcPr>
          <w:p w14:paraId="66385231" w14:textId="77777777" w:rsidR="004F2C55" w:rsidRDefault="004F2C55" w:rsidP="00765987">
            <w:pPr>
              <w:rPr>
                <w:sz w:val="22"/>
              </w:rPr>
            </w:pPr>
          </w:p>
        </w:tc>
      </w:tr>
    </w:tbl>
    <w:p w14:paraId="47623184" w14:textId="77777777" w:rsidR="004F2C55" w:rsidRPr="004F2C55" w:rsidRDefault="004F2C55">
      <w:pPr>
        <w:rPr>
          <w:sz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6"/>
        <w:gridCol w:w="1206"/>
        <w:gridCol w:w="1010"/>
        <w:gridCol w:w="1037"/>
        <w:gridCol w:w="847"/>
        <w:gridCol w:w="1023"/>
        <w:gridCol w:w="2043"/>
        <w:gridCol w:w="1935"/>
      </w:tblGrid>
      <w:tr w:rsidR="001528CD" w:rsidRPr="004F2C55" w14:paraId="5C96C5A9" w14:textId="77777777" w:rsidTr="00765987">
        <w:trPr>
          <w:jc w:val="center"/>
        </w:trPr>
        <w:tc>
          <w:tcPr>
            <w:tcW w:w="1445" w:type="dxa"/>
          </w:tcPr>
          <w:p w14:paraId="367660EB" w14:textId="77777777" w:rsidR="001528CD" w:rsidRPr="004F2C55" w:rsidRDefault="00B02B7A">
            <w:pPr>
              <w:rPr>
                <w:b/>
                <w:bCs/>
                <w:sz w:val="22"/>
              </w:rPr>
            </w:pPr>
            <w:r w:rsidRPr="004F2C55">
              <w:rPr>
                <w:b/>
                <w:bCs/>
                <w:sz w:val="22"/>
              </w:rPr>
              <w:t>Shift Day</w:t>
            </w:r>
          </w:p>
        </w:tc>
        <w:tc>
          <w:tcPr>
            <w:tcW w:w="1276" w:type="dxa"/>
          </w:tcPr>
          <w:p w14:paraId="4A11DFAF" w14:textId="77777777" w:rsidR="00FA2696" w:rsidRDefault="00B02B7A">
            <w:pPr>
              <w:rPr>
                <w:b/>
                <w:bCs/>
                <w:sz w:val="22"/>
              </w:rPr>
            </w:pPr>
            <w:r w:rsidRPr="004F2C55">
              <w:rPr>
                <w:b/>
                <w:bCs/>
                <w:sz w:val="22"/>
              </w:rPr>
              <w:t xml:space="preserve">Shift </w:t>
            </w:r>
          </w:p>
          <w:p w14:paraId="7670EA8A" w14:textId="5AD21F91" w:rsidR="001528CD" w:rsidRPr="004F2C55" w:rsidRDefault="00B02B7A">
            <w:pPr>
              <w:rPr>
                <w:b/>
                <w:bCs/>
                <w:sz w:val="22"/>
              </w:rPr>
            </w:pPr>
            <w:r w:rsidRPr="004F2C55">
              <w:rPr>
                <w:b/>
                <w:bCs/>
                <w:sz w:val="22"/>
              </w:rPr>
              <w:t>Date</w:t>
            </w:r>
          </w:p>
        </w:tc>
        <w:tc>
          <w:tcPr>
            <w:tcW w:w="1049" w:type="dxa"/>
          </w:tcPr>
          <w:p w14:paraId="7D6A4D98" w14:textId="77777777" w:rsidR="00FA2696" w:rsidRDefault="00B02B7A">
            <w:pPr>
              <w:rPr>
                <w:b/>
                <w:bCs/>
                <w:sz w:val="22"/>
              </w:rPr>
            </w:pPr>
            <w:r w:rsidRPr="004F2C55">
              <w:rPr>
                <w:b/>
                <w:bCs/>
                <w:sz w:val="22"/>
              </w:rPr>
              <w:t xml:space="preserve">Start </w:t>
            </w:r>
          </w:p>
          <w:p w14:paraId="64E2A1CC" w14:textId="2ABF0688" w:rsidR="001528CD" w:rsidRPr="004F2C55" w:rsidRDefault="00B02B7A">
            <w:pPr>
              <w:rPr>
                <w:b/>
                <w:bCs/>
                <w:sz w:val="22"/>
              </w:rPr>
            </w:pPr>
            <w:r w:rsidRPr="004F2C55">
              <w:rPr>
                <w:b/>
                <w:bCs/>
                <w:sz w:val="22"/>
              </w:rPr>
              <w:t>Time</w:t>
            </w:r>
          </w:p>
        </w:tc>
        <w:tc>
          <w:tcPr>
            <w:tcW w:w="1061" w:type="dxa"/>
          </w:tcPr>
          <w:p w14:paraId="6565FE14" w14:textId="77777777" w:rsidR="001528CD" w:rsidRPr="004F2C55" w:rsidRDefault="00B02B7A">
            <w:pPr>
              <w:rPr>
                <w:b/>
                <w:bCs/>
                <w:sz w:val="22"/>
              </w:rPr>
            </w:pPr>
            <w:r w:rsidRPr="004F2C55">
              <w:rPr>
                <w:b/>
                <w:bCs/>
                <w:sz w:val="22"/>
              </w:rPr>
              <w:t>Finish Time</w:t>
            </w:r>
          </w:p>
        </w:tc>
        <w:tc>
          <w:tcPr>
            <w:tcW w:w="850" w:type="dxa"/>
          </w:tcPr>
          <w:p w14:paraId="14D11F7B" w14:textId="50291AC5" w:rsidR="001528CD" w:rsidRPr="004F2C55" w:rsidRDefault="00FA2696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Break</w:t>
            </w:r>
          </w:p>
        </w:tc>
        <w:tc>
          <w:tcPr>
            <w:tcW w:w="1023" w:type="dxa"/>
          </w:tcPr>
          <w:p w14:paraId="35B17FD6" w14:textId="5D2E7883" w:rsidR="001528CD" w:rsidRPr="004F2C55" w:rsidRDefault="00FA2696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Hours Worked</w:t>
            </w:r>
          </w:p>
        </w:tc>
        <w:tc>
          <w:tcPr>
            <w:tcW w:w="2112" w:type="dxa"/>
            <w:shd w:val="clear" w:color="auto" w:fill="D9D9D9" w:themeFill="background1" w:themeFillShade="D9"/>
          </w:tcPr>
          <w:p w14:paraId="7581F986" w14:textId="5775311C" w:rsidR="001528CD" w:rsidRPr="004F2C55" w:rsidRDefault="0076598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Shift Supervisor’s Name</w:t>
            </w:r>
          </w:p>
        </w:tc>
        <w:tc>
          <w:tcPr>
            <w:tcW w:w="1989" w:type="dxa"/>
            <w:shd w:val="clear" w:color="auto" w:fill="D9D9D9" w:themeFill="background1" w:themeFillShade="D9"/>
          </w:tcPr>
          <w:p w14:paraId="164E8025" w14:textId="69DA66FF" w:rsidR="001528CD" w:rsidRPr="004F2C55" w:rsidRDefault="00765987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Shift Supervisor’s Signature</w:t>
            </w:r>
          </w:p>
        </w:tc>
      </w:tr>
      <w:tr w:rsidR="001528CD" w:rsidRPr="004F2C55" w14:paraId="3E57AF73" w14:textId="77777777" w:rsidTr="00765987">
        <w:trPr>
          <w:jc w:val="center"/>
        </w:trPr>
        <w:tc>
          <w:tcPr>
            <w:tcW w:w="1445" w:type="dxa"/>
          </w:tcPr>
          <w:p w14:paraId="1F29C368" w14:textId="77777777" w:rsidR="001528CD" w:rsidRPr="00FA2696" w:rsidRDefault="00B02B7A" w:rsidP="004F2C55">
            <w:pPr>
              <w:spacing w:line="480" w:lineRule="auto"/>
              <w:rPr>
                <w:sz w:val="22"/>
              </w:rPr>
            </w:pPr>
            <w:r w:rsidRPr="00FA2696">
              <w:rPr>
                <w:sz w:val="22"/>
              </w:rPr>
              <w:t>Monday</w:t>
            </w:r>
          </w:p>
        </w:tc>
        <w:tc>
          <w:tcPr>
            <w:tcW w:w="1276" w:type="dxa"/>
          </w:tcPr>
          <w:p w14:paraId="203A2C8C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72CBC070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0DA270C4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2BCCCE38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6B100AF7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618190A7" w14:textId="5712BF63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4297384D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</w:tr>
      <w:tr w:rsidR="001528CD" w:rsidRPr="004F2C55" w14:paraId="5B0A0EFF" w14:textId="77777777" w:rsidTr="00765987">
        <w:trPr>
          <w:jc w:val="center"/>
        </w:trPr>
        <w:tc>
          <w:tcPr>
            <w:tcW w:w="1445" w:type="dxa"/>
          </w:tcPr>
          <w:p w14:paraId="44F2A193" w14:textId="77777777" w:rsidR="001528CD" w:rsidRPr="00FA2696" w:rsidRDefault="00B02B7A" w:rsidP="004F2C55">
            <w:pPr>
              <w:spacing w:line="480" w:lineRule="auto"/>
              <w:rPr>
                <w:sz w:val="22"/>
              </w:rPr>
            </w:pPr>
            <w:r w:rsidRPr="00FA2696">
              <w:rPr>
                <w:sz w:val="22"/>
              </w:rPr>
              <w:t>Tuesday</w:t>
            </w:r>
          </w:p>
        </w:tc>
        <w:tc>
          <w:tcPr>
            <w:tcW w:w="1276" w:type="dxa"/>
          </w:tcPr>
          <w:p w14:paraId="2B2D533A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04DEB536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6EDA83A0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4FF87501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09AD8627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61003106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5F65AF7C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</w:tr>
      <w:tr w:rsidR="001528CD" w:rsidRPr="004F2C55" w14:paraId="6F60B306" w14:textId="77777777" w:rsidTr="00765987">
        <w:trPr>
          <w:jc w:val="center"/>
        </w:trPr>
        <w:tc>
          <w:tcPr>
            <w:tcW w:w="1445" w:type="dxa"/>
          </w:tcPr>
          <w:p w14:paraId="2BEE3C82" w14:textId="77777777" w:rsidR="001528CD" w:rsidRPr="00FA2696" w:rsidRDefault="00B02B7A" w:rsidP="004F2C55">
            <w:pPr>
              <w:spacing w:line="480" w:lineRule="auto"/>
              <w:rPr>
                <w:sz w:val="22"/>
              </w:rPr>
            </w:pPr>
            <w:r w:rsidRPr="00FA2696">
              <w:rPr>
                <w:sz w:val="22"/>
              </w:rPr>
              <w:t>Wednesday</w:t>
            </w:r>
          </w:p>
        </w:tc>
        <w:tc>
          <w:tcPr>
            <w:tcW w:w="1276" w:type="dxa"/>
          </w:tcPr>
          <w:p w14:paraId="6D9401F8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621C7084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781567AB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683704A7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21BA6C7C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07E0A785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50873DF5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</w:tr>
      <w:tr w:rsidR="001528CD" w:rsidRPr="004F2C55" w14:paraId="7F48613C" w14:textId="77777777" w:rsidTr="00765987">
        <w:trPr>
          <w:jc w:val="center"/>
        </w:trPr>
        <w:tc>
          <w:tcPr>
            <w:tcW w:w="1445" w:type="dxa"/>
          </w:tcPr>
          <w:p w14:paraId="6BC0D0E8" w14:textId="77777777" w:rsidR="001528CD" w:rsidRPr="00FA2696" w:rsidRDefault="00B02B7A" w:rsidP="004F2C55">
            <w:pPr>
              <w:spacing w:line="480" w:lineRule="auto"/>
              <w:rPr>
                <w:sz w:val="22"/>
              </w:rPr>
            </w:pPr>
            <w:r w:rsidRPr="00FA2696">
              <w:rPr>
                <w:sz w:val="22"/>
              </w:rPr>
              <w:t>Thursday</w:t>
            </w:r>
          </w:p>
        </w:tc>
        <w:tc>
          <w:tcPr>
            <w:tcW w:w="1276" w:type="dxa"/>
          </w:tcPr>
          <w:p w14:paraId="5F1B4B7E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352BFA50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732EAB39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606B9394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1A0987EF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7AB09644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6381A29E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</w:tr>
      <w:tr w:rsidR="001528CD" w:rsidRPr="004F2C55" w14:paraId="13C630E2" w14:textId="77777777" w:rsidTr="00765987">
        <w:trPr>
          <w:jc w:val="center"/>
        </w:trPr>
        <w:tc>
          <w:tcPr>
            <w:tcW w:w="1445" w:type="dxa"/>
          </w:tcPr>
          <w:p w14:paraId="16C732D6" w14:textId="77777777" w:rsidR="001528CD" w:rsidRPr="00FA2696" w:rsidRDefault="00B02B7A" w:rsidP="004F2C55">
            <w:pPr>
              <w:spacing w:line="480" w:lineRule="auto"/>
              <w:rPr>
                <w:sz w:val="22"/>
              </w:rPr>
            </w:pPr>
            <w:r w:rsidRPr="00FA2696">
              <w:rPr>
                <w:sz w:val="22"/>
              </w:rPr>
              <w:t>Friday</w:t>
            </w:r>
          </w:p>
        </w:tc>
        <w:tc>
          <w:tcPr>
            <w:tcW w:w="1276" w:type="dxa"/>
          </w:tcPr>
          <w:p w14:paraId="72F5EEEA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5FDB8988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0438106F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75DB269F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736599B8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1BC720B5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413E72C8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</w:tr>
      <w:tr w:rsidR="001528CD" w:rsidRPr="004F2C55" w14:paraId="13757900" w14:textId="77777777" w:rsidTr="00765987">
        <w:trPr>
          <w:jc w:val="center"/>
        </w:trPr>
        <w:tc>
          <w:tcPr>
            <w:tcW w:w="1445" w:type="dxa"/>
          </w:tcPr>
          <w:p w14:paraId="354E19DB" w14:textId="77777777" w:rsidR="001528CD" w:rsidRPr="00FA2696" w:rsidRDefault="00B02B7A" w:rsidP="004F2C55">
            <w:pPr>
              <w:spacing w:line="480" w:lineRule="auto"/>
              <w:rPr>
                <w:sz w:val="22"/>
              </w:rPr>
            </w:pPr>
            <w:r w:rsidRPr="00FA2696">
              <w:rPr>
                <w:sz w:val="22"/>
              </w:rPr>
              <w:t>Saturday</w:t>
            </w:r>
          </w:p>
        </w:tc>
        <w:tc>
          <w:tcPr>
            <w:tcW w:w="1276" w:type="dxa"/>
          </w:tcPr>
          <w:p w14:paraId="1042B28A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69C812A6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3B806530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47B6B815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47C0C8B5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49E0A1BE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49A9D5A2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</w:tr>
      <w:tr w:rsidR="001528CD" w:rsidRPr="004F2C55" w14:paraId="6921233F" w14:textId="77777777" w:rsidTr="00765987">
        <w:trPr>
          <w:jc w:val="center"/>
        </w:trPr>
        <w:tc>
          <w:tcPr>
            <w:tcW w:w="1445" w:type="dxa"/>
          </w:tcPr>
          <w:p w14:paraId="1CAFC3FA" w14:textId="77777777" w:rsidR="001528CD" w:rsidRPr="00FA2696" w:rsidRDefault="00B02B7A" w:rsidP="004F2C55">
            <w:pPr>
              <w:spacing w:line="480" w:lineRule="auto"/>
              <w:rPr>
                <w:sz w:val="22"/>
              </w:rPr>
            </w:pPr>
            <w:r w:rsidRPr="00FA2696">
              <w:rPr>
                <w:sz w:val="22"/>
              </w:rPr>
              <w:t>Sunday</w:t>
            </w:r>
          </w:p>
        </w:tc>
        <w:tc>
          <w:tcPr>
            <w:tcW w:w="1276" w:type="dxa"/>
          </w:tcPr>
          <w:p w14:paraId="1DFE1288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3719B48A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702FD065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755AB0B8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333A70C4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6404D4A9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285F3FD9" w14:textId="77777777" w:rsidR="001528CD" w:rsidRPr="004F2C55" w:rsidRDefault="001528CD" w:rsidP="004F2C55">
            <w:pPr>
              <w:spacing w:line="480" w:lineRule="auto"/>
              <w:rPr>
                <w:sz w:val="22"/>
              </w:rPr>
            </w:pPr>
          </w:p>
        </w:tc>
      </w:tr>
      <w:tr w:rsidR="004F2C55" w:rsidRPr="004F2C55" w14:paraId="16ED79D7" w14:textId="77777777" w:rsidTr="00765987">
        <w:trPr>
          <w:jc w:val="center"/>
        </w:trPr>
        <w:tc>
          <w:tcPr>
            <w:tcW w:w="1445" w:type="dxa"/>
          </w:tcPr>
          <w:p w14:paraId="1624B438" w14:textId="436B11FD" w:rsidR="004F2C55" w:rsidRPr="004F2C55" w:rsidRDefault="004F2C55" w:rsidP="004F2C55">
            <w:pPr>
              <w:spacing w:line="480" w:lineRule="auto"/>
              <w:rPr>
                <w:b/>
                <w:bCs/>
                <w:sz w:val="22"/>
              </w:rPr>
            </w:pPr>
            <w:r w:rsidRPr="004F2C55">
              <w:rPr>
                <w:b/>
                <w:bCs/>
                <w:sz w:val="22"/>
              </w:rPr>
              <w:t>TOTAL</w:t>
            </w:r>
          </w:p>
        </w:tc>
        <w:tc>
          <w:tcPr>
            <w:tcW w:w="1276" w:type="dxa"/>
          </w:tcPr>
          <w:p w14:paraId="19228F01" w14:textId="77777777" w:rsidR="004F2C55" w:rsidRPr="004F2C55" w:rsidRDefault="004F2C55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49" w:type="dxa"/>
          </w:tcPr>
          <w:p w14:paraId="5DD4D7DA" w14:textId="77777777" w:rsidR="004F2C55" w:rsidRPr="004F2C55" w:rsidRDefault="004F2C55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61" w:type="dxa"/>
          </w:tcPr>
          <w:p w14:paraId="4969B2C4" w14:textId="77777777" w:rsidR="004F2C55" w:rsidRPr="004F2C55" w:rsidRDefault="004F2C55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850" w:type="dxa"/>
          </w:tcPr>
          <w:p w14:paraId="76FBEA9B" w14:textId="77777777" w:rsidR="004F2C55" w:rsidRPr="004F2C55" w:rsidRDefault="004F2C55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023" w:type="dxa"/>
          </w:tcPr>
          <w:p w14:paraId="3964419B" w14:textId="77777777" w:rsidR="004F2C55" w:rsidRPr="004F2C55" w:rsidRDefault="004F2C55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2112" w:type="dxa"/>
            <w:shd w:val="clear" w:color="auto" w:fill="D9D9D9" w:themeFill="background1" w:themeFillShade="D9"/>
          </w:tcPr>
          <w:p w14:paraId="5635B68B" w14:textId="77777777" w:rsidR="004F2C55" w:rsidRPr="004F2C55" w:rsidRDefault="004F2C55" w:rsidP="004F2C55">
            <w:pPr>
              <w:spacing w:line="480" w:lineRule="auto"/>
              <w:rPr>
                <w:sz w:val="22"/>
              </w:rPr>
            </w:pPr>
          </w:p>
        </w:tc>
        <w:tc>
          <w:tcPr>
            <w:tcW w:w="1989" w:type="dxa"/>
            <w:shd w:val="clear" w:color="auto" w:fill="D9D9D9" w:themeFill="background1" w:themeFillShade="D9"/>
          </w:tcPr>
          <w:p w14:paraId="65A8C72A" w14:textId="77777777" w:rsidR="004F2C55" w:rsidRPr="004F2C55" w:rsidRDefault="004F2C55" w:rsidP="004F2C55">
            <w:pPr>
              <w:spacing w:line="480" w:lineRule="auto"/>
              <w:rPr>
                <w:sz w:val="22"/>
              </w:rPr>
            </w:pPr>
          </w:p>
        </w:tc>
      </w:tr>
    </w:tbl>
    <w:p w14:paraId="375229AA" w14:textId="77777777" w:rsidR="001528CD" w:rsidRDefault="001528CD">
      <w:pPr>
        <w:rPr>
          <w:sz w:val="22"/>
        </w:rPr>
      </w:pPr>
    </w:p>
    <w:p w14:paraId="5A37ADBC" w14:textId="77777777" w:rsidR="00225194" w:rsidRDefault="00225194">
      <w:pPr>
        <w:rPr>
          <w:sz w:val="22"/>
        </w:rPr>
      </w:pPr>
    </w:p>
    <w:p w14:paraId="2B87B086" w14:textId="77777777" w:rsidR="00FA2696" w:rsidRPr="00C26C23" w:rsidRDefault="004F2C55" w:rsidP="00FA2696">
      <w:pPr>
        <w:spacing w:after="0"/>
        <w:rPr>
          <w:rFonts w:cs="Arial"/>
          <w:sz w:val="24"/>
          <w:szCs w:val="24"/>
        </w:rPr>
      </w:pPr>
      <w:r w:rsidRPr="00C26C23">
        <w:rPr>
          <w:rFonts w:cs="Arial"/>
          <w:b/>
          <w:sz w:val="24"/>
          <w:szCs w:val="24"/>
        </w:rPr>
        <w:t>To be completed by Agency Worker</w:t>
      </w:r>
      <w:r w:rsidR="00FA2696" w:rsidRPr="00C26C23">
        <w:rPr>
          <w:rFonts w:cs="Arial"/>
          <w:sz w:val="24"/>
          <w:szCs w:val="24"/>
        </w:rPr>
        <w:t xml:space="preserve"> </w:t>
      </w:r>
    </w:p>
    <w:p w14:paraId="63893612" w14:textId="78D20145" w:rsidR="004F2C55" w:rsidRDefault="00FA2696" w:rsidP="00FA2696">
      <w:pPr>
        <w:spacing w:after="0"/>
        <w:rPr>
          <w:rFonts w:cs="Arial"/>
          <w:sz w:val="22"/>
        </w:rPr>
      </w:pPr>
      <w:r w:rsidRPr="004F2C55">
        <w:rPr>
          <w:rFonts w:cs="Arial"/>
          <w:sz w:val="22"/>
        </w:rPr>
        <w:t>I declare that the information I have provided on this form is true, accurate, and complete to the best of my knowledge.</w:t>
      </w:r>
    </w:p>
    <w:p w14:paraId="05AC592D" w14:textId="77777777" w:rsidR="00FA2696" w:rsidRPr="0020534D" w:rsidRDefault="00FA2696" w:rsidP="00FA2696">
      <w:pPr>
        <w:spacing w:after="0"/>
        <w:rPr>
          <w:rFonts w:cs="Arial"/>
          <w:sz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745"/>
        <w:gridCol w:w="6797"/>
      </w:tblGrid>
      <w:tr w:rsidR="00FA2696" w:rsidRPr="0020534D" w14:paraId="2602B0B7" w14:textId="77777777" w:rsidTr="00C26C23">
        <w:tc>
          <w:tcPr>
            <w:tcW w:w="3773" w:type="dxa"/>
          </w:tcPr>
          <w:p w14:paraId="01136403" w14:textId="77777777" w:rsidR="00FA2696" w:rsidRPr="00765987" w:rsidRDefault="00FA2696" w:rsidP="00FA2696">
            <w:pPr>
              <w:spacing w:line="360" w:lineRule="auto"/>
              <w:rPr>
                <w:rFonts w:cs="Arial"/>
                <w:b/>
                <w:bCs/>
                <w:sz w:val="22"/>
              </w:rPr>
            </w:pPr>
            <w:r w:rsidRPr="00765987">
              <w:rPr>
                <w:rFonts w:cs="Arial"/>
                <w:b/>
                <w:bCs/>
                <w:sz w:val="22"/>
              </w:rPr>
              <w:t>Name:</w:t>
            </w:r>
          </w:p>
        </w:tc>
        <w:tc>
          <w:tcPr>
            <w:tcW w:w="6871" w:type="dxa"/>
          </w:tcPr>
          <w:p w14:paraId="5FF06FED" w14:textId="4DF206E8" w:rsidR="00FA2696" w:rsidRPr="0020534D" w:rsidRDefault="00FA2696" w:rsidP="00FA2696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FA2696" w:rsidRPr="0020534D" w14:paraId="3870BB8D" w14:textId="77777777" w:rsidTr="00C26C23">
        <w:tc>
          <w:tcPr>
            <w:tcW w:w="3773" w:type="dxa"/>
          </w:tcPr>
          <w:p w14:paraId="148737DB" w14:textId="77777777" w:rsidR="00FA2696" w:rsidRPr="00765987" w:rsidRDefault="00FA2696" w:rsidP="00FA2696">
            <w:pPr>
              <w:spacing w:line="360" w:lineRule="auto"/>
              <w:rPr>
                <w:rFonts w:cs="Arial"/>
                <w:b/>
                <w:bCs/>
                <w:sz w:val="22"/>
              </w:rPr>
            </w:pPr>
            <w:r w:rsidRPr="00765987">
              <w:rPr>
                <w:rFonts w:cs="Arial"/>
                <w:b/>
                <w:bCs/>
                <w:sz w:val="22"/>
              </w:rPr>
              <w:t>Date:</w:t>
            </w:r>
          </w:p>
        </w:tc>
        <w:tc>
          <w:tcPr>
            <w:tcW w:w="6871" w:type="dxa"/>
          </w:tcPr>
          <w:p w14:paraId="227688F4" w14:textId="77777777" w:rsidR="00FA2696" w:rsidRPr="0020534D" w:rsidRDefault="00FA2696" w:rsidP="00FA2696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FA2696" w:rsidRPr="0020534D" w14:paraId="4E141A39" w14:textId="77777777" w:rsidTr="00C26C23">
        <w:tc>
          <w:tcPr>
            <w:tcW w:w="3773" w:type="dxa"/>
          </w:tcPr>
          <w:p w14:paraId="3C27F1F2" w14:textId="58FFD8A2" w:rsidR="00FA2696" w:rsidRPr="00765987" w:rsidRDefault="00FA2696" w:rsidP="00FA2696">
            <w:pPr>
              <w:spacing w:line="360" w:lineRule="auto"/>
              <w:rPr>
                <w:rFonts w:cs="Arial"/>
                <w:b/>
                <w:bCs/>
                <w:sz w:val="22"/>
              </w:rPr>
            </w:pPr>
            <w:r w:rsidRPr="00765987">
              <w:rPr>
                <w:rFonts w:cs="Arial"/>
                <w:b/>
                <w:bCs/>
                <w:sz w:val="22"/>
              </w:rPr>
              <w:t>Signature:</w:t>
            </w:r>
          </w:p>
        </w:tc>
        <w:tc>
          <w:tcPr>
            <w:tcW w:w="6871" w:type="dxa"/>
          </w:tcPr>
          <w:p w14:paraId="6379ADF9" w14:textId="77777777" w:rsidR="00FA2696" w:rsidRPr="0020534D" w:rsidRDefault="00FA2696" w:rsidP="00FA2696">
            <w:pPr>
              <w:spacing w:line="360" w:lineRule="auto"/>
              <w:rPr>
                <w:rFonts w:cs="Arial"/>
                <w:sz w:val="22"/>
              </w:rPr>
            </w:pPr>
          </w:p>
        </w:tc>
      </w:tr>
    </w:tbl>
    <w:p w14:paraId="57D7F1EE" w14:textId="77777777" w:rsidR="004F2C55" w:rsidRPr="0020534D" w:rsidRDefault="004F2C55" w:rsidP="004F2C55">
      <w:pPr>
        <w:rPr>
          <w:rFonts w:cs="Arial"/>
          <w:b/>
          <w:sz w:val="22"/>
        </w:rPr>
      </w:pPr>
    </w:p>
    <w:p w14:paraId="12690BE9" w14:textId="77777777" w:rsidR="004F2C55" w:rsidRPr="00C26C23" w:rsidRDefault="004F2C55" w:rsidP="00FA2696">
      <w:pPr>
        <w:spacing w:after="0"/>
        <w:rPr>
          <w:rFonts w:cs="Arial"/>
          <w:b/>
          <w:sz w:val="24"/>
          <w:szCs w:val="24"/>
        </w:rPr>
      </w:pPr>
      <w:r w:rsidRPr="00C26C23">
        <w:rPr>
          <w:rFonts w:cs="Arial"/>
          <w:b/>
          <w:sz w:val="24"/>
          <w:szCs w:val="24"/>
        </w:rPr>
        <w:t>To be completed by Head of Department/Authorised Signatory</w:t>
      </w:r>
    </w:p>
    <w:p w14:paraId="1E773BD2" w14:textId="116F30DB" w:rsidR="00E518DA" w:rsidRDefault="00C60330" w:rsidP="00FA2696">
      <w:pPr>
        <w:spacing w:after="0"/>
        <w:rPr>
          <w:rFonts w:cs="Arial"/>
          <w:sz w:val="22"/>
        </w:rPr>
      </w:pPr>
      <w:r w:rsidRPr="00C60330">
        <w:rPr>
          <w:rFonts w:cs="Arial"/>
          <w:sz w:val="22"/>
        </w:rPr>
        <w:t xml:space="preserve">I confirm that this </w:t>
      </w:r>
      <w:proofErr w:type="gramStart"/>
      <w:r w:rsidRPr="00C60330">
        <w:rPr>
          <w:rFonts w:cs="Arial"/>
          <w:sz w:val="22"/>
        </w:rPr>
        <w:t>timesheet</w:t>
      </w:r>
      <w:proofErr w:type="gramEnd"/>
      <w:r w:rsidRPr="00C60330">
        <w:rPr>
          <w:rFonts w:cs="Arial"/>
          <w:sz w:val="22"/>
        </w:rPr>
        <w:t xml:space="preserve"> has been reviewed and approved.</w:t>
      </w:r>
    </w:p>
    <w:p w14:paraId="07A78532" w14:textId="77777777" w:rsidR="00225194" w:rsidRDefault="00225194" w:rsidP="00FA2696">
      <w:pPr>
        <w:spacing w:after="0"/>
        <w:rPr>
          <w:rFonts w:cs="Arial"/>
          <w:sz w:val="22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745"/>
        <w:gridCol w:w="6797"/>
      </w:tblGrid>
      <w:tr w:rsidR="00FA2696" w:rsidRPr="0020534D" w14:paraId="55B35DFF" w14:textId="77777777" w:rsidTr="00C26C23">
        <w:tc>
          <w:tcPr>
            <w:tcW w:w="3773" w:type="dxa"/>
          </w:tcPr>
          <w:p w14:paraId="4AA1D9B2" w14:textId="77777777" w:rsidR="00FA2696" w:rsidRPr="00765987" w:rsidRDefault="00FA2696" w:rsidP="00FA2696">
            <w:pPr>
              <w:spacing w:line="360" w:lineRule="auto"/>
              <w:rPr>
                <w:rFonts w:cs="Arial"/>
                <w:b/>
                <w:bCs/>
                <w:sz w:val="22"/>
              </w:rPr>
            </w:pPr>
            <w:r w:rsidRPr="00765987">
              <w:rPr>
                <w:rFonts w:cs="Arial"/>
                <w:b/>
                <w:bCs/>
                <w:sz w:val="22"/>
              </w:rPr>
              <w:t>Name:</w:t>
            </w:r>
          </w:p>
        </w:tc>
        <w:tc>
          <w:tcPr>
            <w:tcW w:w="6871" w:type="dxa"/>
          </w:tcPr>
          <w:p w14:paraId="3E296924" w14:textId="77777777" w:rsidR="00FA2696" w:rsidRPr="0020534D" w:rsidRDefault="00FA2696" w:rsidP="00FA2696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FA2696" w:rsidRPr="0020534D" w14:paraId="02E2072D" w14:textId="77777777" w:rsidTr="00C26C23">
        <w:tc>
          <w:tcPr>
            <w:tcW w:w="3773" w:type="dxa"/>
          </w:tcPr>
          <w:p w14:paraId="5D29EA42" w14:textId="77777777" w:rsidR="00FA2696" w:rsidRPr="00765987" w:rsidRDefault="00FA2696" w:rsidP="00FA2696">
            <w:pPr>
              <w:spacing w:line="360" w:lineRule="auto"/>
              <w:rPr>
                <w:rFonts w:cs="Arial"/>
                <w:b/>
                <w:bCs/>
                <w:sz w:val="22"/>
              </w:rPr>
            </w:pPr>
            <w:r w:rsidRPr="00765987">
              <w:rPr>
                <w:rFonts w:cs="Arial"/>
                <w:b/>
                <w:bCs/>
                <w:sz w:val="22"/>
              </w:rPr>
              <w:t>Date:</w:t>
            </w:r>
          </w:p>
        </w:tc>
        <w:tc>
          <w:tcPr>
            <w:tcW w:w="6871" w:type="dxa"/>
          </w:tcPr>
          <w:p w14:paraId="2C0CD206" w14:textId="77777777" w:rsidR="00FA2696" w:rsidRPr="0020534D" w:rsidRDefault="00FA2696" w:rsidP="00FA2696">
            <w:pPr>
              <w:spacing w:line="360" w:lineRule="auto"/>
              <w:rPr>
                <w:rFonts w:cs="Arial"/>
                <w:sz w:val="22"/>
              </w:rPr>
            </w:pPr>
          </w:p>
        </w:tc>
      </w:tr>
      <w:tr w:rsidR="00FA2696" w:rsidRPr="0020534D" w14:paraId="7D3684FE" w14:textId="77777777" w:rsidTr="00C26C23">
        <w:tc>
          <w:tcPr>
            <w:tcW w:w="3773" w:type="dxa"/>
          </w:tcPr>
          <w:p w14:paraId="3439F867" w14:textId="77777777" w:rsidR="00FA2696" w:rsidRPr="00765987" w:rsidRDefault="00FA2696" w:rsidP="00FA2696">
            <w:pPr>
              <w:spacing w:line="360" w:lineRule="auto"/>
              <w:rPr>
                <w:rFonts w:cs="Arial"/>
                <w:b/>
                <w:bCs/>
                <w:sz w:val="22"/>
              </w:rPr>
            </w:pPr>
            <w:r w:rsidRPr="00765987">
              <w:rPr>
                <w:rFonts w:cs="Arial"/>
                <w:b/>
                <w:bCs/>
                <w:sz w:val="22"/>
              </w:rPr>
              <w:t>Signature:</w:t>
            </w:r>
          </w:p>
        </w:tc>
        <w:tc>
          <w:tcPr>
            <w:tcW w:w="6871" w:type="dxa"/>
          </w:tcPr>
          <w:p w14:paraId="2EFB63F5" w14:textId="77777777" w:rsidR="00FA2696" w:rsidRPr="0020534D" w:rsidRDefault="00FA2696" w:rsidP="00FA2696">
            <w:pPr>
              <w:spacing w:line="360" w:lineRule="auto"/>
              <w:rPr>
                <w:rFonts w:cs="Arial"/>
                <w:sz w:val="22"/>
              </w:rPr>
            </w:pPr>
          </w:p>
        </w:tc>
      </w:tr>
    </w:tbl>
    <w:p w14:paraId="0CE5158E" w14:textId="77777777" w:rsidR="00FA2696" w:rsidRDefault="00FA2696" w:rsidP="00FA2696">
      <w:pPr>
        <w:rPr>
          <w:rFonts w:cs="Arial"/>
          <w:sz w:val="22"/>
        </w:rPr>
      </w:pPr>
    </w:p>
    <w:sectPr w:rsidR="00FA2696" w:rsidSect="00C26C23">
      <w:headerReference w:type="default" r:id="rId8"/>
      <w:pgSz w:w="11907" w:h="16840" w:code="9"/>
      <w:pgMar w:top="737" w:right="680" w:bottom="737" w:left="6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F4EB" w14:textId="77777777" w:rsidR="00B02B7A" w:rsidRDefault="00B02B7A" w:rsidP="00200D9D">
      <w:pPr>
        <w:spacing w:after="0" w:line="240" w:lineRule="auto"/>
      </w:pPr>
      <w:r>
        <w:separator/>
      </w:r>
    </w:p>
  </w:endnote>
  <w:endnote w:type="continuationSeparator" w:id="0">
    <w:p w14:paraId="5CDE7EE9" w14:textId="77777777" w:rsidR="00B02B7A" w:rsidRDefault="00B02B7A" w:rsidP="0020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768D7" w14:textId="77777777" w:rsidR="00B02B7A" w:rsidRDefault="00B02B7A" w:rsidP="00200D9D">
      <w:pPr>
        <w:spacing w:after="0" w:line="240" w:lineRule="auto"/>
      </w:pPr>
      <w:r>
        <w:separator/>
      </w:r>
    </w:p>
  </w:footnote>
  <w:footnote w:type="continuationSeparator" w:id="0">
    <w:p w14:paraId="08D9A2FA" w14:textId="77777777" w:rsidR="00B02B7A" w:rsidRDefault="00B02B7A" w:rsidP="0020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D810" w14:textId="023A7A89" w:rsidR="00200D9D" w:rsidRDefault="00200D9D" w:rsidP="00200D9D">
    <w:pPr>
      <w:pStyle w:val="Header"/>
      <w:jc w:val="right"/>
    </w:pPr>
    <w:r>
      <w:rPr>
        <w:rFonts w:eastAsia="Times New Roman"/>
        <w:noProof/>
        <w:color w:val="000000"/>
      </w:rPr>
      <w:drawing>
        <wp:inline distT="0" distB="0" distL="0" distR="0" wp14:anchorId="06BBDF69" wp14:editId="70767D08">
          <wp:extent cx="1149350" cy="946150"/>
          <wp:effectExtent l="0" t="0" r="0" b="6350"/>
          <wp:docPr id="1804906609" name="Picture 6" descr="Ankle Recruitment logo featuring a stylized triangle and gold accents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906609" name="Picture 6" descr="Ankle Recruitment logo featuring a stylized triangle and gold accents.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2373794">
    <w:abstractNumId w:val="8"/>
  </w:num>
  <w:num w:numId="2" w16cid:durableId="366755697">
    <w:abstractNumId w:val="6"/>
  </w:num>
  <w:num w:numId="3" w16cid:durableId="124785735">
    <w:abstractNumId w:val="5"/>
  </w:num>
  <w:num w:numId="4" w16cid:durableId="1060057472">
    <w:abstractNumId w:val="4"/>
  </w:num>
  <w:num w:numId="5" w16cid:durableId="1176529904">
    <w:abstractNumId w:val="7"/>
  </w:num>
  <w:num w:numId="6" w16cid:durableId="1998459027">
    <w:abstractNumId w:val="3"/>
  </w:num>
  <w:num w:numId="7" w16cid:durableId="622619386">
    <w:abstractNumId w:val="2"/>
  </w:num>
  <w:num w:numId="8" w16cid:durableId="245960421">
    <w:abstractNumId w:val="1"/>
  </w:num>
  <w:num w:numId="9" w16cid:durableId="285502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28CD"/>
    <w:rsid w:val="001C1B36"/>
    <w:rsid w:val="00200D9D"/>
    <w:rsid w:val="00225194"/>
    <w:rsid w:val="0029639D"/>
    <w:rsid w:val="00326F90"/>
    <w:rsid w:val="004F2C55"/>
    <w:rsid w:val="00572C51"/>
    <w:rsid w:val="005E5D95"/>
    <w:rsid w:val="00645F52"/>
    <w:rsid w:val="00765987"/>
    <w:rsid w:val="00822D38"/>
    <w:rsid w:val="00AA1D8D"/>
    <w:rsid w:val="00B02B7A"/>
    <w:rsid w:val="00B47730"/>
    <w:rsid w:val="00C26C23"/>
    <w:rsid w:val="00C60330"/>
    <w:rsid w:val="00CB0664"/>
    <w:rsid w:val="00D13FF8"/>
    <w:rsid w:val="00E518DA"/>
    <w:rsid w:val="00FA269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938D8"/>
  <w14:defaultImageDpi w14:val="300"/>
  <w15:docId w15:val="{8C275B12-762E-483C-A936-EF29ED32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0d0748d-a293-424f-9b71-f86e5697705b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102</Words>
  <Characters>578</Characters>
  <Application>Microsoft Office Word</Application>
  <DocSecurity>0</DocSecurity>
  <Lines>115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Lynda Z.</cp:lastModifiedBy>
  <cp:revision>10</cp:revision>
  <dcterms:created xsi:type="dcterms:W3CDTF">2026-08-05T11:42:00Z</dcterms:created>
  <dcterms:modified xsi:type="dcterms:W3CDTF">2026-08-05T11:59:00Z</dcterms:modified>
  <cp:category/>
</cp:coreProperties>
</file>